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231169" w14:paraId="714EB429" w14:textId="77777777">
        <w:trPr>
          <w:jc w:val="center"/>
        </w:trPr>
        <w:tc>
          <w:tcPr>
            <w:tcW w:w="773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A3800D" w14:textId="77777777" w:rsidR="00231169" w:rsidRPr="002D3CFE" w:rsidRDefault="0024442E">
            <w:pPr>
              <w:spacing w:after="0"/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BỆNH VIỆN ĐA KHOA QUỐC TẾ TIMES</w:t>
            </w:r>
            <w:r w:rsidRPr="002D3CFE">
              <w:rPr>
                <w:sz w:val="26"/>
                <w:szCs w:val="26"/>
              </w:rPr>
              <w:br/>
            </w:r>
            <w:r w:rsidRPr="002D3CFE">
              <w:rPr>
                <w:b/>
                <w:sz w:val="26"/>
                <w:szCs w:val="26"/>
              </w:rPr>
              <w:t>KHOA/PHÒNG: ........................................................</w:t>
            </w:r>
          </w:p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42F7D" w14:textId="6E75BC4B" w:rsidR="00231169" w:rsidRDefault="0024442E">
            <w:pPr>
              <w:spacing w:after="0"/>
              <w:jc w:val="right"/>
            </w:pPr>
            <w:r>
              <w:rPr>
                <w:b/>
              </w:rPr>
              <w:t>BM.0</w:t>
            </w:r>
            <w:r w:rsidR="00F60658">
              <w:rPr>
                <w:b/>
              </w:rPr>
              <w:t>2</w:t>
            </w:r>
            <w:r>
              <w:rPr>
                <w:b/>
              </w:rPr>
              <w:t>.QTQL</w:t>
            </w:r>
          </w:p>
        </w:tc>
      </w:tr>
      <w:tr w:rsidR="00231169" w14:paraId="39513509" w14:textId="77777777">
        <w:trPr>
          <w:jc w:val="center"/>
        </w:trPr>
        <w:tc>
          <w:tcPr>
            <w:tcW w:w="7739" w:type="dxa"/>
            <w:vMerge/>
          </w:tcPr>
          <w:p w14:paraId="73627C5B" w14:textId="77777777" w:rsidR="00231169" w:rsidRDefault="00231169"/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9ABD1" w14:textId="77777777" w:rsidR="00231169" w:rsidRDefault="00231169">
            <w:pPr>
              <w:spacing w:after="0"/>
            </w:pPr>
          </w:p>
        </w:tc>
      </w:tr>
    </w:tbl>
    <w:p w14:paraId="7B6C7860" w14:textId="27781C24" w:rsidR="00231169" w:rsidRDefault="0024442E">
      <w:pPr>
        <w:spacing w:before="40" w:after="0"/>
        <w:jc w:val="center"/>
      </w:pPr>
      <w:r>
        <w:rPr>
          <w:b/>
          <w:sz w:val="32"/>
        </w:rPr>
        <w:t>KẾ HOẠCH THỰC HIỆN CHỈ SỐ</w:t>
      </w:r>
      <w:r w:rsidR="002A6BFE">
        <w:rPr>
          <w:b/>
          <w:sz w:val="32"/>
        </w:rPr>
        <w:t xml:space="preserve"> ĐO LƯỜNG </w:t>
      </w:r>
      <w:r>
        <w:rPr>
          <w:b/>
          <w:sz w:val="32"/>
        </w:rPr>
        <w:t>CHẤT LƯỢNG</w:t>
      </w:r>
    </w:p>
    <w:p w14:paraId="0B53007A" w14:textId="77777777" w:rsidR="00231169" w:rsidRDefault="0024442E">
      <w:pPr>
        <w:spacing w:after="80"/>
        <w:jc w:val="center"/>
      </w:pPr>
      <w:r>
        <w:rPr>
          <w:i/>
          <w:sz w:val="22"/>
        </w:rPr>
        <w:t>Năm: ............</w:t>
      </w:r>
    </w:p>
    <w:tbl>
      <w:tblPr>
        <w:tblStyle w:val="TableGrid"/>
        <w:tblW w:w="154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2953"/>
        <w:gridCol w:w="1757"/>
        <w:gridCol w:w="1587"/>
        <w:gridCol w:w="1134"/>
        <w:gridCol w:w="1134"/>
        <w:gridCol w:w="2634"/>
        <w:gridCol w:w="2014"/>
      </w:tblGrid>
      <w:tr w:rsidR="00231169" w:rsidRPr="002D3CFE" w14:paraId="335AC21C" w14:textId="77777777" w:rsidTr="00D30D4E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5F6B4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696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61B93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Chỉ số chất lượng</w:t>
            </w:r>
          </w:p>
        </w:tc>
        <w:tc>
          <w:tcPr>
            <w:tcW w:w="2953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2CDCA" w14:textId="14F96BF9" w:rsidR="00C800C0" w:rsidRDefault="00C800C0" w:rsidP="00AC5F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proofErr w:type="spellStart"/>
            <w:r w:rsidR="0024442E" w:rsidRPr="002D3CFE">
              <w:rPr>
                <w:b/>
                <w:sz w:val="26"/>
                <w:szCs w:val="26"/>
              </w:rPr>
              <w:t>Nội</w:t>
            </w:r>
            <w:proofErr w:type="spellEnd"/>
            <w:r w:rsidR="0024442E" w:rsidRPr="002D3CFE">
              <w:rPr>
                <w:b/>
                <w:sz w:val="26"/>
                <w:szCs w:val="26"/>
              </w:rPr>
              <w:t xml:space="preserve"> dung</w:t>
            </w:r>
            <w:r w:rsidR="00D30D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24442E" w:rsidRPr="002D3CFE">
              <w:rPr>
                <w:b/>
                <w:sz w:val="26"/>
                <w:szCs w:val="26"/>
              </w:rPr>
              <w:t>triển</w:t>
            </w:r>
            <w:proofErr w:type="spellEnd"/>
            <w:r w:rsidR="0024442E" w:rsidRPr="002D3C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24442E" w:rsidRPr="002D3CFE">
              <w:rPr>
                <w:b/>
                <w:sz w:val="26"/>
                <w:szCs w:val="26"/>
              </w:rPr>
              <w:t>khai</w:t>
            </w:r>
            <w:proofErr w:type="spellEnd"/>
          </w:p>
          <w:p w14:paraId="202CBB7C" w14:textId="0F8E47B9" w:rsidR="00231169" w:rsidRPr="002D3CFE" w:rsidRDefault="00C800C0" w:rsidP="00AC5F2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proofErr w:type="spellStart"/>
            <w:r w:rsidR="0024442E" w:rsidRPr="002D3CFE">
              <w:rPr>
                <w:b/>
                <w:sz w:val="26"/>
                <w:szCs w:val="26"/>
              </w:rPr>
              <w:t>Mục</w:t>
            </w:r>
            <w:proofErr w:type="spellEnd"/>
            <w:r w:rsidR="0024442E" w:rsidRPr="002D3C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24442E" w:rsidRPr="002D3CFE">
              <w:rPr>
                <w:b/>
                <w:sz w:val="26"/>
                <w:szCs w:val="26"/>
              </w:rPr>
              <w:t>tiêu</w:t>
            </w:r>
            <w:proofErr w:type="spellEnd"/>
            <w:r w:rsidR="0024442E" w:rsidRPr="002D3CFE">
              <w:rPr>
                <w:b/>
                <w:sz w:val="26"/>
                <w:szCs w:val="26"/>
              </w:rPr>
              <w:t xml:space="preserve"> </w:t>
            </w:r>
            <w:r w:rsidR="00D30D4E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75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138CB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Nguồn lực cần thiết (nếu cần)</w:t>
            </w:r>
          </w:p>
        </w:tc>
        <w:tc>
          <w:tcPr>
            <w:tcW w:w="158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CBF27" w14:textId="37452233" w:rsidR="00231169" w:rsidRPr="002D3CFE" w:rsidRDefault="00677E0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phụ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1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E1B4C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Tần suất theo dõi</w:t>
            </w:r>
          </w:p>
        </w:tc>
        <w:tc>
          <w:tcPr>
            <w:tcW w:w="11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A3489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Tần suất báo cáo</w:t>
            </w:r>
          </w:p>
        </w:tc>
        <w:tc>
          <w:tcPr>
            <w:tcW w:w="26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E4469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Rủi ro chính có thể ảnh hưởng tới kết quả thực hiện mục tiêu</w:t>
            </w:r>
          </w:p>
        </w:tc>
        <w:tc>
          <w:tcPr>
            <w:tcW w:w="201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3456A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Biện pháp phòng tránh</w:t>
            </w:r>
          </w:p>
        </w:tc>
      </w:tr>
      <w:tr w:rsidR="00231169" w:rsidRPr="002D3CFE" w14:paraId="0E1BAC34" w14:textId="77777777" w:rsidTr="00D30D4E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57467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t>1</w:t>
            </w:r>
          </w:p>
        </w:tc>
        <w:tc>
          <w:tcPr>
            <w:tcW w:w="16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DF7128" w14:textId="5F50C3C7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04C7EC" w14:textId="1C255594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69202" w14:textId="2D3317D0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CC386F" w14:textId="1EFB63DF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DCEC4" w14:textId="0088E665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22A3F" w14:textId="61AE8DF5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B5BE0" w14:textId="07E47022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0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06190" w14:textId="129C0E7C" w:rsidR="00231169" w:rsidRPr="002D3CFE" w:rsidRDefault="00231169">
            <w:pPr>
              <w:rPr>
                <w:sz w:val="26"/>
                <w:szCs w:val="26"/>
              </w:rPr>
            </w:pPr>
          </w:p>
        </w:tc>
      </w:tr>
      <w:tr w:rsidR="00231169" w:rsidRPr="002D3CFE" w14:paraId="11BB70DE" w14:textId="77777777" w:rsidTr="00D30D4E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A0707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t>2</w:t>
            </w:r>
          </w:p>
        </w:tc>
        <w:tc>
          <w:tcPr>
            <w:tcW w:w="16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C83F7" w14:textId="3E42045A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F6E33" w14:textId="0B75B8DF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381B4" w14:textId="49382F27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C3B4CC" w14:textId="3BBFD416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FBF137" w14:textId="652E4953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61B59A" w14:textId="4F3952E7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0C0FE" w14:textId="428A505A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0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8A76A" w14:textId="3873838B" w:rsidR="00231169" w:rsidRPr="002D3CFE" w:rsidRDefault="00231169">
            <w:pPr>
              <w:rPr>
                <w:sz w:val="26"/>
                <w:szCs w:val="26"/>
              </w:rPr>
            </w:pPr>
          </w:p>
        </w:tc>
      </w:tr>
      <w:tr w:rsidR="00231169" w:rsidRPr="002D3CFE" w14:paraId="73EB5131" w14:textId="77777777" w:rsidTr="00D30D4E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5A294" w14:textId="77777777" w:rsidR="00231169" w:rsidRPr="002D3CFE" w:rsidRDefault="0024442E">
            <w:pPr>
              <w:jc w:val="center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t>3</w:t>
            </w:r>
          </w:p>
        </w:tc>
        <w:tc>
          <w:tcPr>
            <w:tcW w:w="169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AEEDE" w14:textId="37047935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A9218" w14:textId="43D0A987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535539" w14:textId="63C2D0C9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F92F85" w14:textId="09502C5E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0C38D" w14:textId="0EB67917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AE7F1" w14:textId="7D35A98D" w:rsidR="00231169" w:rsidRPr="002D3CFE" w:rsidRDefault="002311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0DBB8" w14:textId="73BEE3CA" w:rsidR="00231169" w:rsidRPr="002D3CFE" w:rsidRDefault="00231169">
            <w:pPr>
              <w:rPr>
                <w:sz w:val="26"/>
                <w:szCs w:val="26"/>
              </w:rPr>
            </w:pPr>
          </w:p>
        </w:tc>
        <w:tc>
          <w:tcPr>
            <w:tcW w:w="20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A1383" w14:textId="05ADB329" w:rsidR="00231169" w:rsidRPr="002D3CFE" w:rsidRDefault="00231169">
            <w:pPr>
              <w:rPr>
                <w:sz w:val="26"/>
                <w:szCs w:val="26"/>
              </w:rPr>
            </w:pPr>
          </w:p>
        </w:tc>
      </w:tr>
    </w:tbl>
    <w:p w14:paraId="2596C561" w14:textId="77777777" w:rsidR="00231169" w:rsidRPr="002D3CFE" w:rsidRDefault="00231169">
      <w:pPr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2920"/>
        <w:gridCol w:w="2750"/>
        <w:gridCol w:w="4989"/>
      </w:tblGrid>
      <w:tr w:rsidR="00231169" w:rsidRPr="002D3CFE" w14:paraId="58586DA2" w14:textId="77777777">
        <w:trPr>
          <w:jc w:val="center"/>
        </w:trPr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EE864" w14:textId="77777777" w:rsidR="00231169" w:rsidRPr="002D3CFE" w:rsidRDefault="0024442E">
            <w:pPr>
              <w:spacing w:after="0"/>
              <w:jc w:val="center"/>
              <w:rPr>
                <w:sz w:val="26"/>
                <w:szCs w:val="26"/>
              </w:rPr>
            </w:pPr>
            <w:r w:rsidRPr="002D3CFE">
              <w:rPr>
                <w:b/>
                <w:sz w:val="26"/>
                <w:szCs w:val="26"/>
              </w:rPr>
              <w:t>NGƯỜI PHÊ DUYỆT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6091D" w14:textId="77777777" w:rsidR="00231169" w:rsidRPr="002D3CFE" w:rsidRDefault="0024442E">
            <w:pPr>
              <w:spacing w:after="0"/>
              <w:jc w:val="center"/>
              <w:rPr>
                <w:sz w:val="26"/>
                <w:szCs w:val="26"/>
              </w:rPr>
            </w:pPr>
            <w:r w:rsidRPr="002D3CFE">
              <w:rPr>
                <w:bCs/>
                <w:i/>
                <w:iCs/>
                <w:sz w:val="26"/>
                <w:szCs w:val="26"/>
              </w:rPr>
              <w:t xml:space="preserve">Hà Nội, ngày </w:t>
            </w:r>
            <w:proofErr w:type="gramStart"/>
            <w:r w:rsidRPr="002D3CFE">
              <w:rPr>
                <w:bCs/>
                <w:i/>
                <w:iCs/>
                <w:sz w:val="26"/>
                <w:szCs w:val="26"/>
              </w:rPr>
              <w:t>.....</w:t>
            </w:r>
            <w:proofErr w:type="gramEnd"/>
            <w:r w:rsidRPr="002D3CFE">
              <w:rPr>
                <w:bCs/>
                <w:i/>
                <w:iCs/>
                <w:sz w:val="26"/>
                <w:szCs w:val="26"/>
              </w:rPr>
              <w:t xml:space="preserve"> tháng </w:t>
            </w:r>
            <w:proofErr w:type="gramStart"/>
            <w:r w:rsidRPr="002D3CFE">
              <w:rPr>
                <w:bCs/>
                <w:i/>
                <w:iCs/>
                <w:sz w:val="26"/>
                <w:szCs w:val="26"/>
              </w:rPr>
              <w:t>.....</w:t>
            </w:r>
            <w:proofErr w:type="gramEnd"/>
            <w:r w:rsidRPr="002D3CFE">
              <w:rPr>
                <w:bCs/>
                <w:i/>
                <w:iCs/>
                <w:sz w:val="26"/>
                <w:szCs w:val="26"/>
              </w:rPr>
              <w:t xml:space="preserve"> năm </w:t>
            </w:r>
            <w:proofErr w:type="gramStart"/>
            <w:r w:rsidRPr="002D3CFE">
              <w:rPr>
                <w:bCs/>
                <w:i/>
                <w:iCs/>
                <w:sz w:val="26"/>
                <w:szCs w:val="26"/>
              </w:rPr>
              <w:t>.....</w:t>
            </w:r>
            <w:proofErr w:type="gramEnd"/>
            <w:r w:rsidRPr="002D3CFE">
              <w:rPr>
                <w:sz w:val="26"/>
                <w:szCs w:val="26"/>
              </w:rPr>
              <w:br/>
            </w:r>
            <w:r w:rsidRPr="002D3CFE">
              <w:rPr>
                <w:b/>
                <w:sz w:val="26"/>
                <w:szCs w:val="26"/>
              </w:rPr>
              <w:t>NGƯỜI LẬP</w:t>
            </w:r>
          </w:p>
        </w:tc>
      </w:tr>
      <w:tr w:rsidR="00231169" w:rsidRPr="002D3CFE" w14:paraId="6489D61D" w14:textId="77777777">
        <w:trPr>
          <w:jc w:val="center"/>
        </w:trPr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72C05C" w14:textId="77777777" w:rsidR="00231169" w:rsidRPr="002D3CFE" w:rsidRDefault="0024442E">
            <w:pPr>
              <w:spacing w:after="0"/>
              <w:jc w:val="center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br/>
            </w:r>
            <w:r w:rsidRPr="002D3CFE">
              <w:rPr>
                <w:sz w:val="26"/>
                <w:szCs w:val="26"/>
              </w:rPr>
              <w:br/>
              <w:t>(Ký, ghi rõ họ tên)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A6176" w14:textId="77777777" w:rsidR="00231169" w:rsidRPr="002D3CFE" w:rsidRDefault="0024442E">
            <w:pPr>
              <w:spacing w:after="0"/>
              <w:jc w:val="center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br/>
            </w:r>
            <w:r w:rsidRPr="002D3CFE">
              <w:rPr>
                <w:sz w:val="26"/>
                <w:szCs w:val="26"/>
              </w:rPr>
              <w:br/>
              <w:t>(Ký, ghi rõ họ tên)</w:t>
            </w:r>
          </w:p>
        </w:tc>
      </w:tr>
      <w:tr w:rsidR="00231169" w:rsidRPr="002D3CFE" w14:paraId="5EAB68AE" w14:textId="77777777">
        <w:tblPrEx>
          <w:jc w:val="left"/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80642" w14:textId="4F78604D" w:rsidR="00231169" w:rsidRPr="002D3CFE" w:rsidRDefault="0023116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4BEC8" w14:textId="41AAC5F0" w:rsidR="00231169" w:rsidRPr="002D3CFE" w:rsidRDefault="0023116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7F053" w14:textId="77777777" w:rsidR="00231169" w:rsidRPr="002D3CFE" w:rsidRDefault="0024442E">
            <w:pPr>
              <w:spacing w:after="0"/>
              <w:jc w:val="right"/>
              <w:rPr>
                <w:sz w:val="26"/>
                <w:szCs w:val="26"/>
              </w:rPr>
            </w:pPr>
            <w:r w:rsidRPr="002D3CFE">
              <w:rPr>
                <w:sz w:val="26"/>
                <w:szCs w:val="26"/>
              </w:rPr>
              <w:t xml:space="preserve">Trang: </w:t>
            </w:r>
            <w:proofErr w:type="gramStart"/>
            <w:r w:rsidRPr="002D3CFE">
              <w:rPr>
                <w:sz w:val="26"/>
                <w:szCs w:val="26"/>
              </w:rPr>
              <w:t>.....</w:t>
            </w:r>
            <w:proofErr w:type="gramEnd"/>
            <w:r w:rsidRPr="002D3CFE">
              <w:rPr>
                <w:sz w:val="26"/>
                <w:szCs w:val="26"/>
              </w:rPr>
              <w:t>/</w:t>
            </w:r>
            <w:proofErr w:type="gramStart"/>
            <w:r w:rsidRPr="002D3CFE">
              <w:rPr>
                <w:sz w:val="26"/>
                <w:szCs w:val="26"/>
              </w:rPr>
              <w:t>.....</w:t>
            </w:r>
            <w:proofErr w:type="gramEnd"/>
          </w:p>
        </w:tc>
      </w:tr>
    </w:tbl>
    <w:p w14:paraId="70DBD4D1" w14:textId="77777777" w:rsidR="00231169" w:rsidRDefault="00231169">
      <w:pPr>
        <w:sectPr w:rsidR="00231169">
          <w:pgSz w:w="16838" w:h="11906" w:orient="landscape"/>
          <w:pgMar w:top="680" w:right="680" w:bottom="624" w:left="680" w:header="720" w:footer="720" w:gutter="0"/>
          <w:cols w:space="720"/>
          <w:docGrid w:linePitch="360"/>
        </w:sectPr>
      </w:pPr>
    </w:p>
    <w:p w14:paraId="52B2FB30" w14:textId="77777777" w:rsidR="00E374E8" w:rsidRDefault="00E374E8">
      <w:proofErr w:type="spellStart"/>
      <w:r>
        <w:lastRenderedPageBreak/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: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E374E8" w14:paraId="74E041C9" w14:textId="77777777" w:rsidTr="003943DC">
        <w:trPr>
          <w:jc w:val="center"/>
        </w:trPr>
        <w:tc>
          <w:tcPr>
            <w:tcW w:w="773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B334F" w14:textId="0EB39721" w:rsidR="00E374E8" w:rsidRDefault="00E374E8" w:rsidP="003943DC">
            <w:pPr>
              <w:spacing w:after="0"/>
              <w:jc w:val="center"/>
            </w:pPr>
            <w:r>
              <w:rPr>
                <w:b/>
              </w:rPr>
              <w:t>BỆNH VIỆN ĐA KHOA QUỐC TẾ TIMES</w:t>
            </w:r>
            <w:r>
              <w:br/>
            </w:r>
            <w:r>
              <w:rPr>
                <w:b/>
              </w:rPr>
              <w:t xml:space="preserve">KHOA/PHÒNG: </w:t>
            </w:r>
            <w:r>
              <w:rPr>
                <w:b/>
              </w:rPr>
              <w:t xml:space="preserve">Khoa </w:t>
            </w:r>
            <w:proofErr w:type="spellStart"/>
            <w:r>
              <w:rPr>
                <w:b/>
              </w:rPr>
              <w:t>Xét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nghiệm</w:t>
            </w:r>
            <w:proofErr w:type="spellEnd"/>
          </w:p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CC337E" w14:textId="5B5F5302" w:rsidR="00E374E8" w:rsidRDefault="00E374E8" w:rsidP="003943DC">
            <w:pPr>
              <w:spacing w:after="0"/>
              <w:jc w:val="right"/>
            </w:pPr>
            <w:r>
              <w:rPr>
                <w:b/>
              </w:rPr>
              <w:t>BM.0</w:t>
            </w:r>
            <w:r w:rsidR="00F60658">
              <w:rPr>
                <w:b/>
              </w:rPr>
              <w:t>2</w:t>
            </w:r>
            <w:r>
              <w:rPr>
                <w:b/>
              </w:rPr>
              <w:t>.QTQL</w:t>
            </w:r>
          </w:p>
        </w:tc>
      </w:tr>
      <w:tr w:rsidR="00E374E8" w14:paraId="71BB9E4E" w14:textId="77777777" w:rsidTr="003943DC">
        <w:trPr>
          <w:jc w:val="center"/>
        </w:trPr>
        <w:tc>
          <w:tcPr>
            <w:tcW w:w="7739" w:type="dxa"/>
            <w:vMerge/>
          </w:tcPr>
          <w:p w14:paraId="5A48B421" w14:textId="77777777" w:rsidR="00E374E8" w:rsidRDefault="00E374E8" w:rsidP="003943DC"/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3366C" w14:textId="77777777" w:rsidR="00E374E8" w:rsidRDefault="00E374E8" w:rsidP="003943DC">
            <w:pPr>
              <w:spacing w:after="0"/>
            </w:pPr>
          </w:p>
        </w:tc>
      </w:tr>
    </w:tbl>
    <w:p w14:paraId="45B504B5" w14:textId="77777777" w:rsidR="00E374E8" w:rsidRDefault="00E374E8" w:rsidP="00E374E8">
      <w:pPr>
        <w:spacing w:before="40" w:after="0"/>
        <w:jc w:val="center"/>
      </w:pPr>
      <w:r>
        <w:rPr>
          <w:b/>
          <w:sz w:val="32"/>
        </w:rPr>
        <w:t>KẾ HOẠCH THỰC HIỆN CHỈ SỐ CHẤT LƯỢNG</w:t>
      </w:r>
    </w:p>
    <w:p w14:paraId="4C825CA9" w14:textId="08E614D8" w:rsidR="00E374E8" w:rsidRDefault="00E374E8" w:rsidP="00E374E8">
      <w:pPr>
        <w:spacing w:after="80"/>
        <w:jc w:val="center"/>
      </w:pPr>
      <w:proofErr w:type="spellStart"/>
      <w:r>
        <w:rPr>
          <w:i/>
          <w:sz w:val="22"/>
        </w:rPr>
        <w:t>Năm</w:t>
      </w:r>
      <w:proofErr w:type="spellEnd"/>
      <w:r>
        <w:rPr>
          <w:i/>
          <w:sz w:val="22"/>
        </w:rPr>
        <w:t xml:space="preserve">: </w:t>
      </w:r>
      <w:r>
        <w:rPr>
          <w:i/>
          <w:sz w:val="22"/>
        </w:rPr>
        <w:t>2026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14"/>
        <w:gridCol w:w="2835"/>
        <w:gridCol w:w="1757"/>
        <w:gridCol w:w="1587"/>
        <w:gridCol w:w="1134"/>
        <w:gridCol w:w="1134"/>
        <w:gridCol w:w="2494"/>
        <w:gridCol w:w="2154"/>
      </w:tblGrid>
      <w:tr w:rsidR="00E374E8" w14:paraId="2B14F2CB" w14:textId="77777777" w:rsidTr="003943DC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98F1E" w14:textId="77777777" w:rsidR="00E374E8" w:rsidRDefault="00E374E8" w:rsidP="003943DC">
            <w:pPr>
              <w:jc w:val="center"/>
            </w:pPr>
            <w:r>
              <w:rPr>
                <w:b/>
                <w:sz w:val="17"/>
              </w:rPr>
              <w:t>STT</w:t>
            </w:r>
          </w:p>
        </w:tc>
        <w:tc>
          <w:tcPr>
            <w:tcW w:w="181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455EE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Chỉ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số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chất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lượng</w:t>
            </w:r>
            <w:proofErr w:type="spellEnd"/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151BE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Nội</w:t>
            </w:r>
            <w:proofErr w:type="spellEnd"/>
            <w:r>
              <w:rPr>
                <w:b/>
                <w:sz w:val="17"/>
              </w:rPr>
              <w:t xml:space="preserve"> dung </w:t>
            </w:r>
            <w:proofErr w:type="spellStart"/>
            <w:r>
              <w:rPr>
                <w:b/>
                <w:sz w:val="17"/>
              </w:rPr>
              <w:t>cần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triển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khai</w:t>
            </w:r>
            <w:proofErr w:type="spell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Mục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tiêu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nguồn</w:t>
            </w:r>
            <w:proofErr w:type="spellEnd"/>
          </w:p>
        </w:tc>
        <w:tc>
          <w:tcPr>
            <w:tcW w:w="175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9CE65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Nguồn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lực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cần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thiết</w:t>
            </w:r>
            <w:proofErr w:type="spellEnd"/>
            <w:r>
              <w:rPr>
                <w:b/>
                <w:sz w:val="17"/>
              </w:rPr>
              <w:t xml:space="preserve"> (</w:t>
            </w:r>
            <w:proofErr w:type="spellStart"/>
            <w:r>
              <w:rPr>
                <w:b/>
                <w:sz w:val="17"/>
              </w:rPr>
              <w:t>nếu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cần</w:t>
            </w:r>
            <w:proofErr w:type="spellEnd"/>
            <w:r>
              <w:rPr>
                <w:b/>
                <w:sz w:val="17"/>
              </w:rPr>
              <w:t>)</w:t>
            </w:r>
          </w:p>
        </w:tc>
        <w:tc>
          <w:tcPr>
            <w:tcW w:w="158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FF9DF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Trách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nhiệm</w:t>
            </w:r>
            <w:proofErr w:type="spell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Người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theo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dõi</w:t>
            </w:r>
            <w:proofErr w:type="spellEnd"/>
          </w:p>
        </w:tc>
        <w:tc>
          <w:tcPr>
            <w:tcW w:w="11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19930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Tần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suất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theo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dõi</w:t>
            </w:r>
            <w:proofErr w:type="spellEnd"/>
          </w:p>
        </w:tc>
        <w:tc>
          <w:tcPr>
            <w:tcW w:w="113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E6A41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Tần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suất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báo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cáo</w:t>
            </w:r>
            <w:proofErr w:type="spellEnd"/>
          </w:p>
        </w:tc>
        <w:tc>
          <w:tcPr>
            <w:tcW w:w="249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5F12B6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Rủi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chính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có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thể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ảnh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hưởng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tới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kết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quả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thực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hiện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mục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tiêu</w:t>
            </w:r>
            <w:proofErr w:type="spellEnd"/>
          </w:p>
        </w:tc>
        <w:tc>
          <w:tcPr>
            <w:tcW w:w="215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5D9474" w14:textId="77777777" w:rsidR="00E374E8" w:rsidRDefault="00E374E8" w:rsidP="003943DC">
            <w:pPr>
              <w:jc w:val="center"/>
            </w:pPr>
            <w:proofErr w:type="spellStart"/>
            <w:r>
              <w:rPr>
                <w:b/>
                <w:sz w:val="17"/>
              </w:rPr>
              <w:t>Biện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pháp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phòng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tránh</w:t>
            </w:r>
            <w:proofErr w:type="spellEnd"/>
          </w:p>
        </w:tc>
      </w:tr>
      <w:tr w:rsidR="00E374E8" w14:paraId="6DF93893" w14:textId="77777777" w:rsidTr="003943DC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3289E" w14:textId="77777777" w:rsidR="00E374E8" w:rsidRDefault="00E374E8" w:rsidP="003943DC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2A0B31" w14:textId="77777777" w:rsidR="00E374E8" w:rsidRDefault="00E374E8" w:rsidP="003943DC">
            <w:proofErr w:type="spellStart"/>
            <w:r>
              <w:rPr>
                <w:sz w:val="16"/>
              </w:rPr>
              <w:t>Tỷ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kết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đúng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hẹn</w:t>
            </w:r>
            <w:proofErr w:type="spellEnd"/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FC2FD2" w14:textId="77777777" w:rsidR="00E374E8" w:rsidRDefault="00E374E8" w:rsidP="003943DC"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thời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từ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khi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kết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quả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soát</w:t>
            </w:r>
            <w:proofErr w:type="spellEnd"/>
            <w:r>
              <w:rPr>
                <w:sz w:val="16"/>
              </w:rPr>
              <w:t xml:space="preserve"> và in </w:t>
            </w:r>
            <w:proofErr w:type="spellStart"/>
            <w:r>
              <w:rPr>
                <w:sz w:val="16"/>
              </w:rPr>
              <w:t>trả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phiếu</w:t>
            </w:r>
            <w:proofErr w:type="spellEnd"/>
            <w:r>
              <w:rPr>
                <w:sz w:val="16"/>
              </w:rPr>
              <w:t>.</w:t>
            </w:r>
            <w: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Mục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tiêu</w:t>
            </w:r>
            <w:proofErr w:type="spellEnd"/>
            <w:r>
              <w:rPr>
                <w:sz w:val="16"/>
              </w:rPr>
              <w:t xml:space="preserve">: ≥ 94% </w:t>
            </w:r>
            <w:proofErr w:type="spellStart"/>
            <w:r>
              <w:rPr>
                <w:sz w:val="16"/>
              </w:rPr>
              <w:t>đạt</w:t>
            </w:r>
            <w:proofErr w:type="spellEnd"/>
            <w:r>
              <w:rPr>
                <w:sz w:val="16"/>
              </w:rPr>
              <w:t xml:space="preserve"> (90–120 </w:t>
            </w:r>
            <w:proofErr w:type="spellStart"/>
            <w:r>
              <w:rPr>
                <w:sz w:val="16"/>
              </w:rPr>
              <w:t>phút</w:t>
            </w:r>
            <w:proofErr w:type="spellEnd"/>
            <w:r>
              <w:rPr>
                <w:sz w:val="16"/>
              </w:rPr>
              <w:t>).</w:t>
            </w:r>
          </w:p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336AC" w14:textId="77777777" w:rsidR="00E374E8" w:rsidRDefault="00E374E8" w:rsidP="003943DC"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thuật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chạy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mẫu</w:t>
            </w:r>
            <w:proofErr w:type="spellEnd"/>
            <w: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Bác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duyệt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phiếu</w:t>
            </w:r>
            <w:proofErr w:type="spellEnd"/>
          </w:p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1544D8" w14:textId="77777777" w:rsidR="00E374E8" w:rsidRDefault="00E374E8" w:rsidP="003943DC">
            <w:r>
              <w:rPr>
                <w:sz w:val="16"/>
              </w:rPr>
              <w:t xml:space="preserve">KTV </w:t>
            </w:r>
            <w:proofErr w:type="spellStart"/>
            <w:r>
              <w:rPr>
                <w:sz w:val="16"/>
              </w:rPr>
              <w:t>phụ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trách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Người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dõi</w:t>
            </w:r>
            <w:proofErr w:type="spellEnd"/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EDC92" w14:textId="77777777" w:rsidR="00E374E8" w:rsidRDefault="00E374E8" w:rsidP="003943DC">
            <w:pPr>
              <w:jc w:val="center"/>
            </w:pPr>
            <w:r>
              <w:rPr>
                <w:sz w:val="16"/>
              </w:rPr>
              <w:t xml:space="preserve">Hằng </w:t>
            </w:r>
            <w:proofErr w:type="spellStart"/>
            <w:r>
              <w:rPr>
                <w:sz w:val="16"/>
              </w:rPr>
              <w:t>ngày</w:t>
            </w:r>
            <w:proofErr w:type="spellEnd"/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0BF87" w14:textId="77777777" w:rsidR="00E374E8" w:rsidRDefault="00E374E8" w:rsidP="003943DC">
            <w:pPr>
              <w:jc w:val="center"/>
            </w:pPr>
            <w:r>
              <w:rPr>
                <w:sz w:val="16"/>
              </w:rPr>
              <w:t xml:space="preserve">Hằng </w:t>
            </w:r>
            <w:proofErr w:type="spellStart"/>
            <w:r>
              <w:rPr>
                <w:sz w:val="16"/>
              </w:rPr>
              <w:t>tháng</w:t>
            </w:r>
            <w:proofErr w:type="spellEnd"/>
          </w:p>
        </w:tc>
        <w:tc>
          <w:tcPr>
            <w:tcW w:w="24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A08CDC" w14:textId="77777777" w:rsidR="00E374E8" w:rsidRDefault="00E374E8" w:rsidP="003943DC"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Số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lượng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mẫu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nhiều</w:t>
            </w:r>
            <w:proofErr w:type="spellEnd"/>
            <w:r>
              <w:rPr>
                <w:sz w:val="16"/>
              </w:rPr>
              <w:t>.</w:t>
            </w:r>
            <w: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Máy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hỏng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kết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đoạn</w:t>
            </w:r>
            <w:proofErr w:type="spellEnd"/>
            <w:r>
              <w:rPr>
                <w:sz w:val="16"/>
              </w:rPr>
              <w:t>.</w:t>
            </w:r>
            <w: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Thiếu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hóa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chất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48C6A3" w14:textId="77777777" w:rsidR="00E374E8" w:rsidRDefault="00E374E8" w:rsidP="003943DC"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nơi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mẫu</w:t>
            </w:r>
            <w:proofErr w:type="spellEnd"/>
            <w:r>
              <w:rPr>
                <w:sz w:val="16"/>
              </w:rPr>
              <w:t>.</w:t>
            </w:r>
            <w:r>
              <w:br/>
            </w:r>
            <w:r>
              <w:rPr>
                <w:sz w:val="16"/>
              </w:rPr>
              <w:t xml:space="preserve">- Bảo </w:t>
            </w:r>
            <w:proofErr w:type="spellStart"/>
            <w:r>
              <w:rPr>
                <w:sz w:val="16"/>
              </w:rPr>
              <w:t>dưỡng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bảo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trì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máy</w:t>
            </w:r>
            <w:proofErr w:type="spellEnd"/>
            <w:r>
              <w:rPr>
                <w:sz w:val="16"/>
              </w:rPr>
              <w:t>.</w:t>
            </w:r>
            <w:r>
              <w:br/>
            </w:r>
            <w:r>
              <w:rPr>
                <w:sz w:val="16"/>
              </w:rPr>
              <w:t xml:space="preserve">- Quản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hóa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chất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tồn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kho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E374E8" w14:paraId="525094D0" w14:textId="77777777" w:rsidTr="003943DC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C45AF" w14:textId="77777777" w:rsidR="00E374E8" w:rsidRDefault="00E374E8" w:rsidP="003943DC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09FBCD" w14:textId="0660F162" w:rsidR="00E374E8" w:rsidRDefault="00E374E8" w:rsidP="003943DC">
            <w:r>
              <w:t>….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DCE47" w14:textId="75181BE5" w:rsidR="00E374E8" w:rsidRDefault="00E374E8" w:rsidP="003943DC"/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F355C" w14:textId="4B6176D1" w:rsidR="00E374E8" w:rsidRDefault="00E374E8" w:rsidP="003943DC"/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EF3C6" w14:textId="6F953D66" w:rsidR="00E374E8" w:rsidRDefault="00E374E8" w:rsidP="003943DC"/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FAB53E" w14:textId="0498A8ED" w:rsidR="00E374E8" w:rsidRDefault="00E374E8" w:rsidP="003943DC">
            <w:pPr>
              <w:jc w:val="center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07DBD9" w14:textId="02229AC8" w:rsidR="00E374E8" w:rsidRDefault="00E374E8" w:rsidP="003943DC">
            <w:pPr>
              <w:jc w:val="center"/>
            </w:pPr>
          </w:p>
        </w:tc>
        <w:tc>
          <w:tcPr>
            <w:tcW w:w="24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89E2E1" w14:textId="6F9A00EE" w:rsidR="00E374E8" w:rsidRDefault="00E374E8" w:rsidP="003943DC"/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1C3C7" w14:textId="7DBA4FF2" w:rsidR="00E374E8" w:rsidRDefault="00E374E8" w:rsidP="003943DC"/>
        </w:tc>
      </w:tr>
      <w:tr w:rsidR="00E374E8" w14:paraId="2B58EB87" w14:textId="77777777" w:rsidTr="003943DC">
        <w:trPr>
          <w:jc w:val="center"/>
        </w:trPr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9E280" w14:textId="77777777" w:rsidR="00E374E8" w:rsidRDefault="00E374E8" w:rsidP="003943DC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33AC5" w14:textId="68DAC46D" w:rsidR="00E374E8" w:rsidRDefault="00E374E8" w:rsidP="003943DC"/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24B32" w14:textId="035B83C5" w:rsidR="00E374E8" w:rsidRDefault="00E374E8" w:rsidP="003943DC"/>
        </w:tc>
        <w:tc>
          <w:tcPr>
            <w:tcW w:w="17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B7668" w14:textId="1ABDEDE1" w:rsidR="00E374E8" w:rsidRDefault="00E374E8" w:rsidP="003943DC"/>
        </w:tc>
        <w:tc>
          <w:tcPr>
            <w:tcW w:w="158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A6B4B" w14:textId="3F8CE1C4" w:rsidR="00E374E8" w:rsidRDefault="00E374E8" w:rsidP="003943DC"/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2EB4B" w14:textId="43AC2ED1" w:rsidR="00E374E8" w:rsidRDefault="00E374E8" w:rsidP="003943DC">
            <w:pPr>
              <w:jc w:val="center"/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198E4A" w14:textId="236DBB03" w:rsidR="00E374E8" w:rsidRDefault="00E374E8" w:rsidP="003943DC">
            <w:pPr>
              <w:jc w:val="center"/>
            </w:pPr>
          </w:p>
        </w:tc>
        <w:tc>
          <w:tcPr>
            <w:tcW w:w="24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471E5" w14:textId="41F65D7F" w:rsidR="00E374E8" w:rsidRDefault="00E374E8" w:rsidP="003943DC"/>
        </w:tc>
        <w:tc>
          <w:tcPr>
            <w:tcW w:w="2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21CD5" w14:textId="60B6054E" w:rsidR="00E374E8" w:rsidRDefault="00E374E8" w:rsidP="003943DC"/>
        </w:tc>
      </w:tr>
    </w:tbl>
    <w:p w14:paraId="0D5063DA" w14:textId="77777777" w:rsidR="00E374E8" w:rsidRDefault="00E374E8" w:rsidP="00E374E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2920"/>
        <w:gridCol w:w="2750"/>
        <w:gridCol w:w="4989"/>
      </w:tblGrid>
      <w:tr w:rsidR="00E374E8" w14:paraId="4CC3039F" w14:textId="77777777" w:rsidTr="003943DC">
        <w:trPr>
          <w:jc w:val="center"/>
        </w:trPr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135273" w14:textId="77777777" w:rsidR="00E374E8" w:rsidRDefault="00E374E8" w:rsidP="003943DC">
            <w:pPr>
              <w:spacing w:after="0"/>
              <w:jc w:val="center"/>
            </w:pPr>
            <w:r>
              <w:rPr>
                <w:b/>
              </w:rPr>
              <w:t>NGƯỜI PHÊ DUYỆT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4EDEB7" w14:textId="77777777" w:rsidR="00E374E8" w:rsidRDefault="00E374E8" w:rsidP="003943DC">
            <w:pPr>
              <w:spacing w:after="0"/>
              <w:jc w:val="center"/>
            </w:pPr>
            <w:r>
              <w:rPr>
                <w:b/>
              </w:rPr>
              <w:t xml:space="preserve">Hà </w:t>
            </w: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tháng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.....</w:t>
            </w:r>
            <w:proofErr w:type="gramEnd"/>
            <w:r>
              <w:br/>
            </w:r>
            <w:r>
              <w:rPr>
                <w:b/>
              </w:rPr>
              <w:t>NGƯỜI LẬP</w:t>
            </w:r>
          </w:p>
        </w:tc>
      </w:tr>
      <w:tr w:rsidR="00E374E8" w14:paraId="3FE75843" w14:textId="77777777" w:rsidTr="003943DC">
        <w:trPr>
          <w:jc w:val="center"/>
        </w:trPr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ECF3D" w14:textId="77777777" w:rsidR="00E374E8" w:rsidRDefault="00E374E8" w:rsidP="003943DC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Ký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họ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tên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14740" w14:textId="77777777" w:rsidR="00E374E8" w:rsidRDefault="00E374E8" w:rsidP="003943DC">
            <w:pPr>
              <w:spacing w:after="0"/>
              <w:jc w:val="center"/>
            </w:pPr>
            <w:r>
              <w:br/>
            </w:r>
            <w:r>
              <w:br/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Ký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họ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tên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E374E8" w14:paraId="47E5F138" w14:textId="77777777" w:rsidTr="003943DC">
        <w:tblPrEx>
          <w:jc w:val="left"/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1DF67" w14:textId="406C9CB3" w:rsidR="00E374E8" w:rsidRDefault="00E374E8" w:rsidP="003943DC">
            <w:pPr>
              <w:spacing w:after="0"/>
            </w:pPr>
          </w:p>
        </w:tc>
        <w:tc>
          <w:tcPr>
            <w:tcW w:w="567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543CD2" w14:textId="4C1AEFC1" w:rsidR="00E374E8" w:rsidRDefault="00E374E8" w:rsidP="003943DC">
            <w:pPr>
              <w:spacing w:after="0"/>
              <w:jc w:val="center"/>
            </w:pPr>
          </w:p>
        </w:tc>
        <w:tc>
          <w:tcPr>
            <w:tcW w:w="45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E2C4A" w14:textId="131C9F60" w:rsidR="00E374E8" w:rsidRDefault="00E374E8" w:rsidP="003943DC">
            <w:pPr>
              <w:spacing w:after="0"/>
              <w:jc w:val="right"/>
            </w:pPr>
          </w:p>
        </w:tc>
      </w:tr>
    </w:tbl>
    <w:p w14:paraId="5B63BF1E" w14:textId="77777777" w:rsidR="00E374E8" w:rsidRDefault="00E374E8" w:rsidP="00E374E8">
      <w:pPr>
        <w:sectPr w:rsidR="00E374E8" w:rsidSect="00E374E8">
          <w:pgSz w:w="16838" w:h="11906" w:orient="landscape"/>
          <w:pgMar w:top="680" w:right="680" w:bottom="624" w:left="680" w:header="720" w:footer="720" w:gutter="0"/>
          <w:cols w:space="720"/>
          <w:docGrid w:linePitch="360"/>
        </w:sectPr>
      </w:pPr>
    </w:p>
    <w:p w14:paraId="42F038CF" w14:textId="099FCE1E" w:rsidR="0024442E" w:rsidRDefault="0024442E"/>
    <w:sectPr w:rsidR="0024442E" w:rsidSect="00034616">
      <w:pgSz w:w="16838" w:h="11906" w:orient="landscape"/>
      <w:pgMar w:top="680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538623">
    <w:abstractNumId w:val="8"/>
  </w:num>
  <w:num w:numId="2" w16cid:durableId="119035477">
    <w:abstractNumId w:val="6"/>
  </w:num>
  <w:num w:numId="3" w16cid:durableId="165828359">
    <w:abstractNumId w:val="5"/>
  </w:num>
  <w:num w:numId="4" w16cid:durableId="1728603832">
    <w:abstractNumId w:val="4"/>
  </w:num>
  <w:num w:numId="5" w16cid:durableId="1330870822">
    <w:abstractNumId w:val="7"/>
  </w:num>
  <w:num w:numId="6" w16cid:durableId="1792822892">
    <w:abstractNumId w:val="3"/>
  </w:num>
  <w:num w:numId="7" w16cid:durableId="392583501">
    <w:abstractNumId w:val="2"/>
  </w:num>
  <w:num w:numId="8" w16cid:durableId="1457946365">
    <w:abstractNumId w:val="1"/>
  </w:num>
  <w:num w:numId="9" w16cid:durableId="128183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02D"/>
    <w:rsid w:val="00034616"/>
    <w:rsid w:val="0006063C"/>
    <w:rsid w:val="0015074B"/>
    <w:rsid w:val="00231169"/>
    <w:rsid w:val="0024442E"/>
    <w:rsid w:val="0029639D"/>
    <w:rsid w:val="002A6BFE"/>
    <w:rsid w:val="002D3CFE"/>
    <w:rsid w:val="00326F90"/>
    <w:rsid w:val="003B43FD"/>
    <w:rsid w:val="004860F7"/>
    <w:rsid w:val="005D0CEB"/>
    <w:rsid w:val="00677E01"/>
    <w:rsid w:val="008463F7"/>
    <w:rsid w:val="008E1213"/>
    <w:rsid w:val="00AA1D8D"/>
    <w:rsid w:val="00AC5F2E"/>
    <w:rsid w:val="00B47730"/>
    <w:rsid w:val="00B5170F"/>
    <w:rsid w:val="00B5516F"/>
    <w:rsid w:val="00C800C0"/>
    <w:rsid w:val="00CB0664"/>
    <w:rsid w:val="00CF1454"/>
    <w:rsid w:val="00D30D4E"/>
    <w:rsid w:val="00E374E8"/>
    <w:rsid w:val="00F60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4383B41-CAD8-4350-B307-59FA458A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biểu mẫu chỉ số chất lượng - Bệnh viện Đa khoa Quốc tế Times</dc:title>
  <dc:subject>Biểu mẫu quản lý chất lượng</dc:subject>
  <dc:creator>Bệnh viện Đa khoa Quốc tế Times</dc:creator>
  <cp:keywords/>
  <dc:description>generated by python-docx</dc:description>
  <cp:lastModifiedBy>Thu Thảo Đỗ</cp:lastModifiedBy>
  <cp:revision>15</cp:revision>
  <dcterms:created xsi:type="dcterms:W3CDTF">2026-07-08T04:55:00Z</dcterms:created>
  <dcterms:modified xsi:type="dcterms:W3CDTF">2026-07-08T07:19:00Z</dcterms:modified>
  <cp:category/>
</cp:coreProperties>
</file>