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739"/>
        <w:gridCol w:w="7739"/>
      </w:tblGrid>
      <w:tr w:rsidR="00231169" w14:paraId="7C0B8291" w14:textId="77777777">
        <w:trPr>
          <w:jc w:val="center"/>
        </w:trPr>
        <w:tc>
          <w:tcPr>
            <w:tcW w:w="7739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804E90" w14:textId="77777777" w:rsidR="00231169" w:rsidRDefault="0024442E">
            <w:pPr>
              <w:spacing w:after="0"/>
              <w:jc w:val="center"/>
            </w:pPr>
            <w:r>
              <w:rPr>
                <w:b/>
              </w:rPr>
              <w:t>BỆNH VIỆN ĐA KHOA QUỐC TẾ TIMES</w:t>
            </w:r>
            <w:r>
              <w:br/>
            </w:r>
            <w:r>
              <w:rPr>
                <w:b/>
              </w:rPr>
              <w:t>KHOA/PHÒNG: ........................................................</w:t>
            </w:r>
          </w:p>
        </w:tc>
        <w:tc>
          <w:tcPr>
            <w:tcW w:w="77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52AEE0" w14:textId="0061C502" w:rsidR="00231169" w:rsidRDefault="0024442E">
            <w:pPr>
              <w:spacing w:after="0"/>
              <w:jc w:val="right"/>
            </w:pPr>
            <w:r>
              <w:rPr>
                <w:b/>
              </w:rPr>
              <w:t>BM.03.QTQL</w:t>
            </w:r>
          </w:p>
        </w:tc>
      </w:tr>
      <w:tr w:rsidR="00231169" w14:paraId="07C6169E" w14:textId="77777777">
        <w:trPr>
          <w:jc w:val="center"/>
        </w:trPr>
        <w:tc>
          <w:tcPr>
            <w:tcW w:w="7739" w:type="dxa"/>
            <w:vMerge/>
          </w:tcPr>
          <w:p w14:paraId="609CE18C" w14:textId="77777777" w:rsidR="00231169" w:rsidRDefault="00231169"/>
        </w:tc>
        <w:tc>
          <w:tcPr>
            <w:tcW w:w="77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858ED9" w14:textId="77777777" w:rsidR="00231169" w:rsidRDefault="00231169">
            <w:pPr>
              <w:spacing w:after="0"/>
            </w:pPr>
          </w:p>
        </w:tc>
      </w:tr>
    </w:tbl>
    <w:p w14:paraId="555E6192" w14:textId="77777777" w:rsidR="00231169" w:rsidRDefault="0024442E">
      <w:pPr>
        <w:spacing w:before="40" w:after="0"/>
        <w:jc w:val="center"/>
      </w:pPr>
      <w:r>
        <w:rPr>
          <w:b/>
          <w:sz w:val="32"/>
        </w:rPr>
        <w:t>BẢNG THEO DÕI CHỈ SỐ CHẤT LƯỢNG</w:t>
      </w:r>
    </w:p>
    <w:p w14:paraId="20D20465" w14:textId="77777777" w:rsidR="00231169" w:rsidRDefault="0024442E">
      <w:pPr>
        <w:spacing w:after="80"/>
        <w:jc w:val="center"/>
      </w:pPr>
      <w:r>
        <w:rPr>
          <w:i/>
          <w:sz w:val="22"/>
        </w:rPr>
        <w:t>Năm: ............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"/>
        <w:gridCol w:w="1814"/>
        <w:gridCol w:w="2438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</w:tblGrid>
      <w:tr w:rsidR="00231169" w14:paraId="486B51AE" w14:textId="77777777">
        <w:trPr>
          <w:tblHeader/>
          <w:jc w:val="center"/>
        </w:trPr>
        <w:tc>
          <w:tcPr>
            <w:tcW w:w="453" w:type="dxa"/>
            <w:vMerge w:val="restart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FF4ED0" w14:textId="77777777" w:rsidR="00231169" w:rsidRDefault="0024442E">
            <w:pPr>
              <w:jc w:val="center"/>
            </w:pPr>
            <w:r>
              <w:rPr>
                <w:b/>
                <w:sz w:val="18"/>
              </w:rPr>
              <w:t>STT</w:t>
            </w:r>
          </w:p>
        </w:tc>
        <w:tc>
          <w:tcPr>
            <w:tcW w:w="1814" w:type="dxa"/>
            <w:vMerge w:val="restart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7F5D46" w14:textId="77777777" w:rsidR="00231169" w:rsidRDefault="0024442E">
            <w:pPr>
              <w:jc w:val="center"/>
            </w:pPr>
            <w:r>
              <w:rPr>
                <w:b/>
                <w:sz w:val="18"/>
              </w:rPr>
              <w:t>Chỉ số</w:t>
            </w:r>
          </w:p>
        </w:tc>
        <w:tc>
          <w:tcPr>
            <w:tcW w:w="2438" w:type="dxa"/>
            <w:vMerge w:val="restart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2A2CDC" w14:textId="77777777" w:rsidR="00231169" w:rsidRDefault="0024442E">
            <w:pPr>
              <w:jc w:val="center"/>
            </w:pPr>
            <w:r>
              <w:rPr>
                <w:b/>
                <w:sz w:val="18"/>
              </w:rPr>
              <w:t>Mục tiêu/ngưỡng chấp nhận</w:t>
            </w:r>
          </w:p>
        </w:tc>
        <w:tc>
          <w:tcPr>
            <w:tcW w:w="878" w:type="dxa"/>
            <w:gridSpan w:val="12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07B303" w14:textId="77777777" w:rsidR="00231169" w:rsidRDefault="0024442E">
            <w:pPr>
              <w:jc w:val="center"/>
            </w:pPr>
            <w:r>
              <w:rPr>
                <w:b/>
                <w:sz w:val="18"/>
              </w:rPr>
              <w:t>Kết quả của các tháng</w:t>
            </w:r>
          </w:p>
        </w:tc>
      </w:tr>
      <w:tr w:rsidR="00231169" w14:paraId="4BD23CA1" w14:textId="77777777">
        <w:trPr>
          <w:tblHeader/>
          <w:jc w:val="center"/>
        </w:trPr>
        <w:tc>
          <w:tcPr>
            <w:tcW w:w="1032" w:type="dxa"/>
            <w:vMerge/>
          </w:tcPr>
          <w:p w14:paraId="58296703" w14:textId="77777777" w:rsidR="00231169" w:rsidRDefault="00231169"/>
        </w:tc>
        <w:tc>
          <w:tcPr>
            <w:tcW w:w="1032" w:type="dxa"/>
            <w:vMerge/>
          </w:tcPr>
          <w:p w14:paraId="4761C005" w14:textId="77777777" w:rsidR="00231169" w:rsidRDefault="00231169"/>
        </w:tc>
        <w:tc>
          <w:tcPr>
            <w:tcW w:w="1032" w:type="dxa"/>
            <w:vMerge/>
          </w:tcPr>
          <w:p w14:paraId="0C10692B" w14:textId="77777777" w:rsidR="00231169" w:rsidRDefault="00231169"/>
        </w:tc>
        <w:tc>
          <w:tcPr>
            <w:tcW w:w="87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9F58EE" w14:textId="77777777" w:rsidR="00231169" w:rsidRDefault="0024442E">
            <w:pPr>
              <w:jc w:val="center"/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87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239926" w14:textId="77777777" w:rsidR="00231169" w:rsidRDefault="0024442E">
            <w:pPr>
              <w:jc w:val="center"/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87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B715DB" w14:textId="77777777" w:rsidR="00231169" w:rsidRDefault="0024442E">
            <w:pPr>
              <w:jc w:val="center"/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87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CE3E3D" w14:textId="77777777" w:rsidR="00231169" w:rsidRDefault="0024442E">
            <w:pPr>
              <w:jc w:val="center"/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87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366F2C" w14:textId="77777777" w:rsidR="00231169" w:rsidRDefault="0024442E">
            <w:pPr>
              <w:jc w:val="center"/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87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53A9A0" w14:textId="77777777" w:rsidR="00231169" w:rsidRDefault="0024442E">
            <w:pPr>
              <w:jc w:val="center"/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87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9F3345" w14:textId="77777777" w:rsidR="00231169" w:rsidRDefault="0024442E">
            <w:pPr>
              <w:jc w:val="center"/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87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7EB73C" w14:textId="77777777" w:rsidR="00231169" w:rsidRDefault="0024442E">
            <w:pPr>
              <w:jc w:val="center"/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87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48321E" w14:textId="77777777" w:rsidR="00231169" w:rsidRDefault="0024442E">
            <w:pPr>
              <w:jc w:val="center"/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87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B78103" w14:textId="77777777" w:rsidR="00231169" w:rsidRDefault="0024442E">
            <w:pPr>
              <w:jc w:val="center"/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87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DD414E" w14:textId="77777777" w:rsidR="00231169" w:rsidRDefault="0024442E">
            <w:pPr>
              <w:jc w:val="center"/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87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1F38C8" w14:textId="77777777" w:rsidR="00231169" w:rsidRDefault="0024442E">
            <w:pPr>
              <w:jc w:val="center"/>
            </w:pPr>
            <w:r>
              <w:rPr>
                <w:b/>
                <w:sz w:val="18"/>
              </w:rPr>
              <w:t>12</w:t>
            </w:r>
          </w:p>
        </w:tc>
      </w:tr>
      <w:tr w:rsidR="00231169" w14:paraId="01245433" w14:textId="77777777">
        <w:trPr>
          <w:jc w:val="center"/>
        </w:trPr>
        <w:tc>
          <w:tcPr>
            <w:tcW w:w="4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6CBC83" w14:textId="77777777" w:rsidR="00231169" w:rsidRDefault="0024442E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8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88C720" w14:textId="77777777" w:rsidR="00231169" w:rsidRDefault="0024442E">
            <w:r>
              <w:rPr>
                <w:sz w:val="18"/>
              </w:rPr>
              <w:t>Tỷ lệ trả kết quả đúng hẹn</w:t>
            </w:r>
          </w:p>
        </w:tc>
        <w:tc>
          <w:tcPr>
            <w:tcW w:w="24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4C1927" w14:textId="77777777" w:rsidR="00231169" w:rsidRDefault="0024442E">
            <w:r>
              <w:rPr>
                <w:sz w:val="17"/>
              </w:rPr>
              <w:t>≥ 94% đạt; thời gian mục tiêu 90–120 phút</w:t>
            </w: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6DB0D4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258FAD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05D7CF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34F2B1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4F6FFB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87B770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9539EE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DC04B2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AD2B6F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680F9F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2C3FDA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9A2FB0" w14:textId="77777777" w:rsidR="00231169" w:rsidRDefault="00231169">
            <w:pPr>
              <w:jc w:val="center"/>
            </w:pPr>
          </w:p>
        </w:tc>
      </w:tr>
      <w:tr w:rsidR="00231169" w14:paraId="71BC0196" w14:textId="77777777">
        <w:trPr>
          <w:jc w:val="center"/>
        </w:trPr>
        <w:tc>
          <w:tcPr>
            <w:tcW w:w="4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BED329" w14:textId="77777777" w:rsidR="00231169" w:rsidRDefault="0024442E"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8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B7B34C" w14:textId="77777777" w:rsidR="00231169" w:rsidRDefault="0024442E">
            <w:r>
              <w:rPr>
                <w:sz w:val="18"/>
              </w:rPr>
              <w:t>Tỷ lệ từ chối mẫu</w:t>
            </w:r>
          </w:p>
        </w:tc>
        <w:tc>
          <w:tcPr>
            <w:tcW w:w="24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664307" w14:textId="77777777" w:rsidR="00231169" w:rsidRDefault="0024442E">
            <w:r>
              <w:rPr>
                <w:sz w:val="17"/>
              </w:rPr>
              <w:t>&lt; 1%</w:t>
            </w: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2623E8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3C563F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C575FE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4C7992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E0D03F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A1E48A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C9724D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32CA97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92DBCD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06EBE4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9447F3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98D8A5" w14:textId="77777777" w:rsidR="00231169" w:rsidRDefault="00231169">
            <w:pPr>
              <w:jc w:val="center"/>
            </w:pPr>
          </w:p>
        </w:tc>
      </w:tr>
      <w:tr w:rsidR="00231169" w14:paraId="72DB451F" w14:textId="77777777">
        <w:trPr>
          <w:jc w:val="center"/>
        </w:trPr>
        <w:tc>
          <w:tcPr>
            <w:tcW w:w="4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95DAEA" w14:textId="77777777" w:rsidR="00231169" w:rsidRDefault="0024442E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18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FC33EE" w14:textId="77777777" w:rsidR="00231169" w:rsidRDefault="0024442E">
            <w:r>
              <w:rPr>
                <w:sz w:val="18"/>
              </w:rPr>
              <w:t>Tỷ lệ xét nghiệm có chạy IQC đạt</w:t>
            </w:r>
          </w:p>
        </w:tc>
        <w:tc>
          <w:tcPr>
            <w:tcW w:w="24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60DAAC" w14:textId="77777777" w:rsidR="00231169" w:rsidRDefault="0024442E">
            <w:r>
              <w:rPr>
                <w:sz w:val="17"/>
              </w:rPr>
              <w:t>≥ 97% xét nghiệm định lượng được thực hiện nội kiểm</w:t>
            </w: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B1CE94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4ED24B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E64882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788515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965902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E18E86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257AA1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DE450E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0C30BB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B65F83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7AD571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5B3A60" w14:textId="77777777" w:rsidR="00231169" w:rsidRDefault="00231169">
            <w:pPr>
              <w:jc w:val="center"/>
            </w:pPr>
          </w:p>
        </w:tc>
      </w:tr>
      <w:tr w:rsidR="00231169" w14:paraId="4F5D7049" w14:textId="77777777">
        <w:trPr>
          <w:jc w:val="center"/>
        </w:trPr>
        <w:tc>
          <w:tcPr>
            <w:tcW w:w="4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F7A4B4" w14:textId="77777777" w:rsidR="00231169" w:rsidRDefault="0024442E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8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7683B5" w14:textId="77777777" w:rsidR="00231169" w:rsidRDefault="0024442E">
            <w:r>
              <w:rPr>
                <w:sz w:val="18"/>
              </w:rPr>
              <w:t>Tỷ lệ xét nghiệm chạy ngoại kiểm đạt</w:t>
            </w:r>
          </w:p>
        </w:tc>
        <w:tc>
          <w:tcPr>
            <w:tcW w:w="24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A762F6" w14:textId="77777777" w:rsidR="00231169" w:rsidRDefault="0024442E">
            <w:r>
              <w:rPr>
                <w:sz w:val="17"/>
              </w:rPr>
              <w:t>≥ 93% kết quả ngoại kiểm đạt yêu cầu</w:t>
            </w: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8C57A7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0B64CF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270315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AE2B13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B747B4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468906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0393B5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466025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E339AC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2820E0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81FD5A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E14695" w14:textId="77777777" w:rsidR="00231169" w:rsidRDefault="00231169">
            <w:pPr>
              <w:jc w:val="center"/>
            </w:pPr>
          </w:p>
        </w:tc>
      </w:tr>
      <w:tr w:rsidR="00231169" w14:paraId="3F0519E5" w14:textId="77777777">
        <w:trPr>
          <w:jc w:val="center"/>
        </w:trPr>
        <w:tc>
          <w:tcPr>
            <w:tcW w:w="4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A97629" w14:textId="77777777" w:rsidR="00231169" w:rsidRDefault="0024442E">
            <w:pPr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8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26F456" w14:textId="77777777" w:rsidR="00231169" w:rsidRDefault="0024442E">
            <w:r>
              <w:rPr>
                <w:sz w:val="18"/>
              </w:rPr>
              <w:t>Tỷ lệ hài lòng của khách hàng đạt</w:t>
            </w:r>
          </w:p>
        </w:tc>
        <w:tc>
          <w:tcPr>
            <w:tcW w:w="24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78613B" w14:textId="77777777" w:rsidR="00231169" w:rsidRDefault="0024442E">
            <w:r>
              <w:rPr>
                <w:sz w:val="17"/>
              </w:rPr>
              <w:t>≥ 90% khách hàng hài lòng với dịch vụ xét nghiệm</w:t>
            </w: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36F40B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3D1B25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47296A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0CB296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2BC743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88139C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650FFA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22CE86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59C951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8CEBB7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3B834D" w14:textId="77777777" w:rsidR="00231169" w:rsidRDefault="00231169">
            <w:pPr>
              <w:jc w:val="center"/>
            </w:pPr>
          </w:p>
        </w:tc>
        <w:tc>
          <w:tcPr>
            <w:tcW w:w="87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29072D" w14:textId="77777777" w:rsidR="00231169" w:rsidRDefault="00231169">
            <w:pPr>
              <w:jc w:val="center"/>
            </w:pPr>
          </w:p>
        </w:tc>
      </w:tr>
    </w:tbl>
    <w:p w14:paraId="41BF4A25" w14:textId="0EB1880B" w:rsidR="00231169" w:rsidRDefault="0024442E">
      <w:pPr>
        <w:spacing w:before="80" w:after="40"/>
      </w:pPr>
      <w:r>
        <w:rPr>
          <w:b/>
          <w:sz w:val="18"/>
        </w:rPr>
        <w:t xml:space="preserve">Ghi chú: </w:t>
      </w:r>
      <w:r w:rsidRPr="00F505E6">
        <w:rPr>
          <w:b/>
          <w:bCs/>
          <w:color w:val="00B050"/>
          <w:sz w:val="18"/>
        </w:rPr>
        <w:t>Đạt (Đ):</w:t>
      </w:r>
      <w:r w:rsidRPr="00F505E6">
        <w:rPr>
          <w:color w:val="00B050"/>
          <w:sz w:val="18"/>
        </w:rPr>
        <w:t xml:space="preserve"> </w:t>
      </w:r>
      <w:r>
        <w:rPr>
          <w:sz w:val="18"/>
        </w:rPr>
        <w:t xml:space="preserve">màu xanh;  </w:t>
      </w:r>
      <w:r w:rsidR="00F505E6">
        <w:rPr>
          <w:sz w:val="18"/>
        </w:rPr>
        <w:tab/>
      </w:r>
      <w:r w:rsidRPr="00F505E6">
        <w:rPr>
          <w:b/>
          <w:bCs/>
          <w:color w:val="E36C0A" w:themeColor="accent6" w:themeShade="BF"/>
          <w:sz w:val="18"/>
        </w:rPr>
        <w:t>Báo động (BĐ):</w:t>
      </w:r>
      <w:r w:rsidRPr="00F505E6">
        <w:rPr>
          <w:color w:val="E36C0A" w:themeColor="accent6" w:themeShade="BF"/>
          <w:sz w:val="18"/>
        </w:rPr>
        <w:t xml:space="preserve"> </w:t>
      </w:r>
      <w:r>
        <w:rPr>
          <w:sz w:val="18"/>
        </w:rPr>
        <w:t xml:space="preserve">màu </w:t>
      </w:r>
      <w:r w:rsidR="00F505E6">
        <w:rPr>
          <w:sz w:val="18"/>
        </w:rPr>
        <w:t>cam</w:t>
      </w:r>
      <w:r>
        <w:rPr>
          <w:sz w:val="18"/>
        </w:rPr>
        <w:t xml:space="preserve">; </w:t>
      </w:r>
      <w:r w:rsidR="00F505E6">
        <w:rPr>
          <w:sz w:val="18"/>
        </w:rPr>
        <w:tab/>
      </w:r>
      <w:r w:rsidR="00F505E6">
        <w:rPr>
          <w:sz w:val="18"/>
        </w:rPr>
        <w:tab/>
      </w:r>
      <w:r w:rsidRPr="00F505E6">
        <w:rPr>
          <w:b/>
          <w:bCs/>
          <w:color w:val="EE0000"/>
          <w:sz w:val="18"/>
        </w:rPr>
        <w:t xml:space="preserve"> Không đạt (KĐ):</w:t>
      </w:r>
      <w:r w:rsidRPr="00F505E6">
        <w:rPr>
          <w:color w:val="EE0000"/>
          <w:sz w:val="18"/>
        </w:rPr>
        <w:t xml:space="preserve"> </w:t>
      </w:r>
      <w:r>
        <w:rPr>
          <w:sz w:val="18"/>
        </w:rPr>
        <w:t>màu đỏ.</w:t>
      </w:r>
    </w:p>
    <w:p w14:paraId="628C531E" w14:textId="77777777" w:rsidR="00231169" w:rsidRDefault="0024442E">
      <w:pPr>
        <w:spacing w:after="40"/>
      </w:pPr>
      <w:r>
        <w:rPr>
          <w:sz w:val="18"/>
        </w:rPr>
        <w:t>Nhận xét: 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5D9265" w14:textId="77777777" w:rsidR="00231169" w:rsidRDefault="0024442E">
      <w:pPr>
        <w:spacing w:after="40"/>
      </w:pPr>
      <w:r>
        <w:rPr>
          <w:sz w:val="18"/>
        </w:rPr>
        <w:t>Phân tích nguyên nhân: 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C60721" w14:textId="77777777" w:rsidR="00231169" w:rsidRDefault="0024442E">
      <w:pPr>
        <w:spacing w:after="40"/>
      </w:pPr>
      <w:r>
        <w:rPr>
          <w:sz w:val="18"/>
        </w:rPr>
        <w:t>Biện pháp cải tiến/khắc phục: 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2920"/>
        <w:gridCol w:w="2750"/>
        <w:gridCol w:w="4989"/>
      </w:tblGrid>
      <w:tr w:rsidR="00231169" w14:paraId="07A5DDA0" w14:textId="77777777">
        <w:tc>
          <w:tcPr>
            <w:tcW w:w="7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0C600C" w14:textId="77777777" w:rsidR="00231169" w:rsidRDefault="0024442E">
            <w:pPr>
              <w:spacing w:after="0"/>
              <w:jc w:val="center"/>
            </w:pPr>
            <w:r>
              <w:rPr>
                <w:b/>
              </w:rPr>
              <w:t>NGƯỜI PHÊ DUYỆT</w:t>
            </w:r>
          </w:p>
        </w:tc>
        <w:tc>
          <w:tcPr>
            <w:tcW w:w="7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CD64EE" w14:textId="77777777" w:rsidR="00231169" w:rsidRDefault="0024442E">
            <w:pPr>
              <w:spacing w:after="0"/>
              <w:jc w:val="center"/>
            </w:pPr>
            <w:r>
              <w:rPr>
                <w:b/>
              </w:rPr>
              <w:t>Hà Nội, ngày ..... tháng ..... năm .....</w:t>
            </w:r>
            <w:r>
              <w:br/>
            </w:r>
            <w:r>
              <w:rPr>
                <w:b/>
              </w:rPr>
              <w:t>NGƯỜI LẬP</w:t>
            </w:r>
          </w:p>
        </w:tc>
      </w:tr>
      <w:tr w:rsidR="00231169" w14:paraId="5B07DB80" w14:textId="77777777">
        <w:tc>
          <w:tcPr>
            <w:tcW w:w="7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33EA77" w14:textId="77777777" w:rsidR="00231169" w:rsidRDefault="0024442E">
            <w:pPr>
              <w:spacing w:after="0"/>
              <w:jc w:val="center"/>
            </w:pPr>
            <w:r>
              <w:br/>
            </w:r>
            <w:r>
              <w:rPr>
                <w:sz w:val="18"/>
              </w:rPr>
              <w:t>(Ký, ghi rõ họ tên)</w:t>
            </w:r>
          </w:p>
        </w:tc>
        <w:tc>
          <w:tcPr>
            <w:tcW w:w="7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B69891" w14:textId="77777777" w:rsidR="00231169" w:rsidRDefault="0024442E">
            <w:pPr>
              <w:spacing w:after="0"/>
              <w:jc w:val="center"/>
            </w:pPr>
            <w:r>
              <w:br/>
            </w:r>
            <w:r>
              <w:rPr>
                <w:sz w:val="18"/>
              </w:rPr>
              <w:t>(Ký, ghi rõ họ tên)</w:t>
            </w:r>
          </w:p>
        </w:tc>
      </w:tr>
      <w:tr w:rsidR="00231169" w14:paraId="6DBF9349" w14:textId="77777777" w:rsidTr="00B5170F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162"/>
        </w:trPr>
        <w:tc>
          <w:tcPr>
            <w:tcW w:w="48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7CA739" w14:textId="08BF5A6C" w:rsidR="00231169" w:rsidRDefault="00231169">
            <w:pPr>
              <w:spacing w:after="0"/>
            </w:pPr>
          </w:p>
        </w:tc>
        <w:tc>
          <w:tcPr>
            <w:tcW w:w="567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281ADC" w14:textId="0D36C20E" w:rsidR="00231169" w:rsidRDefault="00231169">
            <w:pPr>
              <w:spacing w:after="0"/>
              <w:jc w:val="center"/>
            </w:pPr>
          </w:p>
        </w:tc>
        <w:tc>
          <w:tcPr>
            <w:tcW w:w="45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9B4C00" w14:textId="2FFC91B7" w:rsidR="00231169" w:rsidRDefault="00231169">
            <w:pPr>
              <w:spacing w:after="0"/>
              <w:jc w:val="right"/>
            </w:pPr>
          </w:p>
        </w:tc>
      </w:tr>
    </w:tbl>
    <w:p w14:paraId="698237F3" w14:textId="77777777" w:rsidR="00231169" w:rsidRDefault="00231169">
      <w:pPr>
        <w:sectPr w:rsidR="00231169">
          <w:pgSz w:w="16838" w:h="11906" w:orient="landscape"/>
          <w:pgMar w:top="680" w:right="680" w:bottom="624" w:left="680" w:header="720" w:footer="720" w:gutter="0"/>
          <w:cols w:space="720"/>
          <w:docGrid w:linePitch="360"/>
        </w:sectPr>
      </w:pPr>
    </w:p>
    <w:p w14:paraId="42F038CF" w14:textId="77777777" w:rsidR="0024442E" w:rsidRDefault="0024442E"/>
    <w:sectPr w:rsidR="0024442E" w:rsidSect="00034616">
      <w:pgSz w:w="16838" w:h="11906" w:orient="landscape"/>
      <w:pgMar w:top="680" w:right="680" w:bottom="624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0538623">
    <w:abstractNumId w:val="8"/>
  </w:num>
  <w:num w:numId="2" w16cid:durableId="119035477">
    <w:abstractNumId w:val="6"/>
  </w:num>
  <w:num w:numId="3" w16cid:durableId="165828359">
    <w:abstractNumId w:val="5"/>
  </w:num>
  <w:num w:numId="4" w16cid:durableId="1728603832">
    <w:abstractNumId w:val="4"/>
  </w:num>
  <w:num w:numId="5" w16cid:durableId="1330870822">
    <w:abstractNumId w:val="7"/>
  </w:num>
  <w:num w:numId="6" w16cid:durableId="1792822892">
    <w:abstractNumId w:val="3"/>
  </w:num>
  <w:num w:numId="7" w16cid:durableId="392583501">
    <w:abstractNumId w:val="2"/>
  </w:num>
  <w:num w:numId="8" w16cid:durableId="1457946365">
    <w:abstractNumId w:val="1"/>
  </w:num>
  <w:num w:numId="9" w16cid:durableId="1281837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02D"/>
    <w:rsid w:val="00034616"/>
    <w:rsid w:val="0006063C"/>
    <w:rsid w:val="0015074B"/>
    <w:rsid w:val="00231169"/>
    <w:rsid w:val="0024442E"/>
    <w:rsid w:val="0029639D"/>
    <w:rsid w:val="00326F90"/>
    <w:rsid w:val="00781630"/>
    <w:rsid w:val="008E1213"/>
    <w:rsid w:val="00A70862"/>
    <w:rsid w:val="00AA1D8D"/>
    <w:rsid w:val="00B47730"/>
    <w:rsid w:val="00B5170F"/>
    <w:rsid w:val="00CB0664"/>
    <w:rsid w:val="00D5244A"/>
    <w:rsid w:val="00EA344A"/>
    <w:rsid w:val="00F505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74383B41-CAD8-4350-B307-59FA458A2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biểu mẫu chỉ số chất lượng - Bệnh viện Đa khoa Quốc tế Times</dc:title>
  <dc:subject>Biểu mẫu quản lý chất lượng</dc:subject>
  <dc:creator>Bệnh viện Đa khoa Quốc tế Times</dc:creator>
  <cp:keywords/>
  <dc:description>generated by python-docx</dc:description>
  <cp:lastModifiedBy>Thu Thảo Đỗ</cp:lastModifiedBy>
  <cp:revision>5</cp:revision>
  <dcterms:created xsi:type="dcterms:W3CDTF">2026-07-08T05:03:00Z</dcterms:created>
  <dcterms:modified xsi:type="dcterms:W3CDTF">2026-07-08T05:05:00Z</dcterms:modified>
  <cp:category/>
</cp:coreProperties>
</file>